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47DB774" w14:textId="1819AFD7" w:rsidR="00EC5F4B" w:rsidRPr="00BB07D0" w:rsidRDefault="00EC5F4B" w:rsidP="00EC5F4B">
      <w:pPr>
        <w:pStyle w:val="NoSpacing"/>
        <w:rPr>
          <w:rFonts w:ascii="Times New Roman" w:hAnsi="Times New Roman" w:cs="Times New Roman"/>
          <w:b/>
          <w:bCs/>
          <w:sz w:val="26"/>
          <w:szCs w:val="26"/>
        </w:rPr>
      </w:pPr>
      <w:r w:rsidRPr="00BB07D0">
        <w:rPr>
          <w:rFonts w:ascii="Times New Roman" w:hAnsi="Times New Roman" w:cs="Times New Roman"/>
          <w:b/>
          <w:bCs/>
          <w:sz w:val="26"/>
          <w:szCs w:val="26"/>
        </w:rPr>
        <w:t>SỞ GIÁO DỤC VÀ ĐÀO TẠO THÀNH PHỐ HỒ CHÍ MINH</w:t>
      </w:r>
    </w:p>
    <w:p w14:paraId="192CA65F" w14:textId="69B4F1DB" w:rsidR="00EC5F4B" w:rsidRPr="00BB07D0" w:rsidRDefault="00EC5F4B" w:rsidP="00EC5F4B">
      <w:pPr>
        <w:pStyle w:val="NoSpacing"/>
        <w:ind w:left="720" w:firstLine="720"/>
        <w:rPr>
          <w:rFonts w:ascii="Times New Roman" w:hAnsi="Times New Roman" w:cs="Times New Roman"/>
          <w:b/>
          <w:bCs/>
          <w:sz w:val="26"/>
          <w:szCs w:val="26"/>
        </w:rPr>
      </w:pPr>
      <w:r w:rsidRPr="00BB07D0">
        <w:rPr>
          <w:rFonts w:ascii="Times New Roman" w:hAnsi="Times New Roman" w:cs="Times New Roman"/>
          <w:b/>
          <w:bCs/>
          <w:sz w:val="26"/>
          <w:szCs w:val="26"/>
        </w:rPr>
        <w:t>TRƯỜNG THPT PHƯỚC KIỂN</w:t>
      </w:r>
    </w:p>
    <w:p w14:paraId="2BF5AEF6" w14:textId="75B57E30" w:rsidR="00EC5F4B" w:rsidRPr="00BB07D0" w:rsidRDefault="00EC5F4B" w:rsidP="00CC4995">
      <w:pPr>
        <w:pStyle w:val="NoSpacing"/>
        <w:ind w:left="720" w:firstLine="720"/>
        <w:rPr>
          <w:rFonts w:ascii="Times New Roman" w:hAnsi="Times New Roman" w:cs="Times New Roman"/>
          <w:b/>
          <w:bCs/>
          <w:sz w:val="26"/>
          <w:szCs w:val="26"/>
        </w:rPr>
      </w:pPr>
      <w:r w:rsidRPr="00BB07D0">
        <w:rPr>
          <w:rFonts w:ascii="Times New Roman" w:hAnsi="Times New Roman" w:cs="Times New Roman"/>
          <w:b/>
          <w:bCs/>
          <w:noProof/>
          <w:sz w:val="26"/>
          <w:szCs w:val="26"/>
        </w:rPr>
        <mc:AlternateContent>
          <mc:Choice Requires="wps">
            <w:drawing>
              <wp:anchor distT="0" distB="0" distL="114300" distR="114300" simplePos="0" relativeHeight="251670528" behindDoc="0" locked="0" layoutInCell="1" allowOverlap="1" wp14:anchorId="3339BB4B" wp14:editId="07EEF2E8">
                <wp:simplePos x="0" y="0"/>
                <wp:positionH relativeFrom="column">
                  <wp:posOffset>1511300</wp:posOffset>
                </wp:positionH>
                <wp:positionV relativeFrom="paragraph">
                  <wp:posOffset>55880</wp:posOffset>
                </wp:positionV>
                <wp:extent cx="1009650" cy="6350"/>
                <wp:effectExtent l="0" t="0" r="19050" b="31750"/>
                <wp:wrapNone/>
                <wp:docPr id="1555512875" name="Straight Connector 1"/>
                <wp:cNvGraphicFramePr/>
                <a:graphic xmlns:a="http://schemas.openxmlformats.org/drawingml/2006/main">
                  <a:graphicData uri="http://schemas.microsoft.com/office/word/2010/wordprocessingShape">
                    <wps:wsp>
                      <wps:cNvCnPr/>
                      <wps:spPr>
                        <a:xfrm flipV="1">
                          <a:off x="0" y="0"/>
                          <a:ext cx="1009650" cy="6350"/>
                        </a:xfrm>
                        <a:prstGeom prst="line">
                          <a:avLst/>
                        </a:prstGeom>
                        <a:ln>
                          <a:solidFill>
                            <a:schemeClr val="tx1"/>
                          </a:solidFill>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line w14:anchorId="753F7F06" id="Straight Connector 1" o:spid="_x0000_s1026" style="position:absolute;flip:y;z-index:251670528;visibility:visible;mso-wrap-style:square;mso-wrap-distance-left:9pt;mso-wrap-distance-top:0;mso-wrap-distance-right:9pt;mso-wrap-distance-bottom:0;mso-position-horizontal:absolute;mso-position-horizontal-relative:text;mso-position-vertical:absolute;mso-position-vertical-relative:text" from="119pt,4.4pt" to="198.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" strokecolor="black [3213]"/>
            </w:pict>
          </mc:Fallback>
        </mc:AlternateContent>
      </w:r>
    </w:p>
    <w:p w14:paraId="6714E0EE" w14:textId="5DAF5FA9" w:rsidR="00B7318E" w:rsidRPr="00BB07D0" w:rsidRDefault="00287D75" w:rsidP="00B7318E">
      <w:pPr>
        <w:pStyle w:val="NoSpacing"/>
        <w:jc w:val="center"/>
        <w:rPr>
          <w:rFonts w:ascii="Times New Roman" w:hAnsi="Times New Roman" w:cs="Times New Roman"/>
          <w:b/>
          <w:bCs/>
          <w:sz w:val="26"/>
          <w:szCs w:val="26"/>
        </w:rPr>
      </w:pPr>
      <w:r w:rsidRPr="00BB07D0">
        <w:rPr>
          <w:rFonts w:ascii="Times New Roman" w:hAnsi="Times New Roman" w:cs="Times New Roman"/>
          <w:b/>
          <w:bCs/>
          <w:sz w:val="26"/>
          <w:szCs w:val="26"/>
        </w:rPr>
        <w:t>T</w:t>
      </w:r>
      <w:r w:rsidR="00B7318E" w:rsidRPr="00BB07D0">
        <w:rPr>
          <w:rFonts w:ascii="Times New Roman" w:hAnsi="Times New Roman" w:cs="Times New Roman"/>
          <w:b/>
          <w:bCs/>
          <w:sz w:val="26"/>
          <w:szCs w:val="26"/>
        </w:rPr>
        <w:t>IẾT HỌC</w:t>
      </w:r>
    </w:p>
    <w:p w14:paraId="0D330264" w14:textId="77777777" w:rsidR="00B7318E" w:rsidRPr="00BB07D0" w:rsidRDefault="00B7318E" w:rsidP="00B7318E">
      <w:pPr>
        <w:pStyle w:val="NoSpacing"/>
        <w:jc w:val="center"/>
        <w:rPr>
          <w:rFonts w:ascii="Times New Roman" w:hAnsi="Times New Roman" w:cs="Times New Roman"/>
          <w:b/>
          <w:bCs/>
          <w:sz w:val="26"/>
          <w:szCs w:val="26"/>
        </w:rPr>
      </w:pPr>
      <w:r w:rsidRPr="00BB07D0">
        <w:rPr>
          <w:rFonts w:ascii="Times New Roman" w:hAnsi="Times New Roman" w:cs="Times New Roman"/>
          <w:b/>
          <w:bCs/>
          <w:sz w:val="26"/>
          <w:szCs w:val="26"/>
        </w:rPr>
        <w:t>“</w:t>
      </w:r>
      <w:r w:rsidR="00287D75" w:rsidRPr="00BB07D0">
        <w:rPr>
          <w:rFonts w:ascii="Times New Roman" w:hAnsi="Times New Roman" w:cs="Times New Roman"/>
          <w:b/>
          <w:bCs/>
          <w:sz w:val="26"/>
          <w:szCs w:val="26"/>
        </w:rPr>
        <w:t xml:space="preserve">sáng tạo và thú vị về </w:t>
      </w:r>
      <w:r w:rsidRPr="00BB07D0">
        <w:rPr>
          <w:rFonts w:ascii="Times New Roman" w:hAnsi="Times New Roman" w:cs="Times New Roman"/>
          <w:b/>
          <w:bCs/>
          <w:sz w:val="26"/>
          <w:szCs w:val="26"/>
        </w:rPr>
        <w:t xml:space="preserve">giáo dục </w:t>
      </w:r>
      <w:r w:rsidR="00287D75" w:rsidRPr="00BB07D0">
        <w:rPr>
          <w:rFonts w:ascii="Times New Roman" w:hAnsi="Times New Roman" w:cs="Times New Roman"/>
          <w:b/>
          <w:bCs/>
          <w:sz w:val="26"/>
          <w:szCs w:val="26"/>
        </w:rPr>
        <w:t xml:space="preserve">an toàn giao thông </w:t>
      </w:r>
    </w:p>
    <w:p w14:paraId="32B05592" w14:textId="6223A9B9" w:rsidR="00F34753" w:rsidRPr="00BB07D0" w:rsidRDefault="00287D75" w:rsidP="00B7318E">
      <w:pPr>
        <w:pStyle w:val="NoSpacing"/>
        <w:jc w:val="center"/>
        <w:rPr>
          <w:rFonts w:ascii="Times New Roman" w:hAnsi="Times New Roman" w:cs="Times New Roman"/>
          <w:b/>
          <w:bCs/>
          <w:sz w:val="26"/>
          <w:szCs w:val="26"/>
        </w:rPr>
      </w:pPr>
      <w:r w:rsidRPr="00BB07D0">
        <w:rPr>
          <w:rFonts w:ascii="Times New Roman" w:hAnsi="Times New Roman" w:cs="Times New Roman"/>
          <w:b/>
          <w:bCs/>
          <w:sz w:val="26"/>
          <w:szCs w:val="26"/>
        </w:rPr>
        <w:t xml:space="preserve">của học sinh </w:t>
      </w:r>
      <w:r w:rsidR="00DD4340" w:rsidRPr="00BB07D0">
        <w:rPr>
          <w:rFonts w:ascii="Times New Roman" w:hAnsi="Times New Roman" w:cs="Times New Roman"/>
          <w:b/>
          <w:bCs/>
          <w:sz w:val="26"/>
          <w:szCs w:val="26"/>
        </w:rPr>
        <w:t xml:space="preserve">trường </w:t>
      </w:r>
      <w:r w:rsidRPr="00BB07D0">
        <w:rPr>
          <w:rFonts w:ascii="Times New Roman" w:hAnsi="Times New Roman" w:cs="Times New Roman"/>
          <w:b/>
          <w:bCs/>
          <w:sz w:val="26"/>
          <w:szCs w:val="26"/>
        </w:rPr>
        <w:t>THPT Phước Kiển</w:t>
      </w:r>
      <w:r w:rsidR="00B7318E" w:rsidRPr="00BB07D0">
        <w:rPr>
          <w:rFonts w:ascii="Times New Roman" w:hAnsi="Times New Roman" w:cs="Times New Roman"/>
          <w:b/>
          <w:bCs/>
          <w:sz w:val="26"/>
          <w:szCs w:val="26"/>
        </w:rPr>
        <w:t xml:space="preserve"> năm học 2024-2025”</w:t>
      </w:r>
    </w:p>
    <w:p w14:paraId="0723032E" w14:textId="5B2ADC77" w:rsidR="00A0513A" w:rsidRPr="00BB07D0" w:rsidRDefault="00A0513A" w:rsidP="00A0513A">
      <w:pPr>
        <w:jc w:val="center"/>
        <w:rPr>
          <w:rFonts w:ascii="Times New Roman" w:hAnsi="Times New Roman" w:cs="Times New Roman"/>
          <w:bCs/>
          <w:color w:val="000000" w:themeColor="text1"/>
          <w:sz w:val="26"/>
          <w:szCs w:val="26"/>
        </w:rPr>
      </w:pPr>
      <w:r w:rsidRPr="00BB07D0">
        <w:rPr>
          <w:rFonts w:ascii="Times New Roman" w:hAnsi="Times New Roman" w:cs="Times New Roman"/>
          <w:bCs/>
          <w:noProof/>
          <w:color w:val="000000" w:themeColor="text1"/>
          <w:sz w:val="26"/>
          <w:szCs w:val="26"/>
        </w:rPr>
        <mc:AlternateContent>
          <mc:Choice Requires="wps">
            <w:drawing>
              <wp:anchor distT="0" distB="0" distL="114300" distR="114300" simplePos="0" relativeHeight="251671552" behindDoc="0" locked="0" layoutInCell="1" allowOverlap="1" wp14:anchorId="1658B406" wp14:editId="7AAA8CFB">
                <wp:simplePos x="0" y="0"/>
                <wp:positionH relativeFrom="column">
                  <wp:posOffset>2838450</wp:posOffset>
                </wp:positionH>
                <wp:positionV relativeFrom="paragraph">
                  <wp:posOffset>107950</wp:posOffset>
                </wp:positionV>
                <wp:extent cx="311150" cy="0"/>
                <wp:effectExtent l="0" t="0" r="0" b="0"/>
                <wp:wrapNone/>
                <wp:docPr id="89664268" name="Straight Connector 4"/>
                <wp:cNvGraphicFramePr/>
                <a:graphic xmlns:a="http://schemas.openxmlformats.org/drawingml/2006/main">
                  <a:graphicData uri="http://schemas.microsoft.com/office/word/2010/wordprocessingShape">
                    <wps:wsp>
                      <wps:cNvCnPr/>
                      <wps:spPr>
                        <a:xfrm>
                          <a:off x="0" y="0"/>
                          <a:ext cx="311150"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line w14:anchorId="303FB168" id="Straight Connector 4"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223.5pt,8.5pt" to="248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" strokecolor="#f68c36 [3049]"/>
            </w:pict>
          </mc:Fallback>
        </mc:AlternateContent>
      </w:r>
    </w:p>
    <w:p w14:paraId="3CF3A2E5" w14:textId="73C9287C" w:rsidR="00E720CC" w:rsidRPr="00BB07D0" w:rsidRDefault="0034565B" w:rsidP="00A0513A">
      <w:pPr>
        <w:ind w:firstLine="720"/>
        <w:jc w:val="both"/>
        <w:rPr>
          <w:rFonts w:ascii="Times New Roman" w:hAnsi="Times New Roman" w:cs="Times New Roman"/>
          <w:sz w:val="26"/>
          <w:szCs w:val="26"/>
          <w:lang w:val="vi-VN"/>
        </w:rPr>
      </w:pPr>
      <w:r w:rsidRPr="00BB07D0">
        <w:rPr>
          <w:rFonts w:ascii="Times New Roman" w:hAnsi="Times New Roman" w:cs="Times New Roman"/>
          <w:bCs/>
          <w:color w:val="000000" w:themeColor="text1"/>
          <w:sz w:val="26"/>
          <w:szCs w:val="26"/>
        </w:rPr>
        <w:t>Trường THPT Phước Kiển luôn là nơi học sinh được phát huy tài năng, thỏa sức sáng tạo và thể hiện đam mê học tập. Tiết học chuyên đề “Học sinh Trường THPT Phước Kiển tuân thủ biển báo – giao thông an toàn” do cô Nguyễn Thị Yến và các học sinh lớp 10A6 thực hiện vào ngày 11/11/2024 đã minh chứng cho điều này.</w:t>
      </w:r>
    </w:p>
    <w:p w14:paraId="6382A49E" w14:textId="4073E0E7" w:rsidR="0034565B" w:rsidRPr="00BB07D0" w:rsidRDefault="00E720CC" w:rsidP="00D71D5F">
      <w:pPr>
        <w:jc w:val="center"/>
        <w:rPr>
          <w:rFonts w:ascii="Times New Roman" w:hAnsi="Times New Roman" w:cs="Times New Roman"/>
          <w:bCs/>
          <w:color w:val="000000" w:themeColor="text1"/>
          <w:sz w:val="26"/>
          <w:szCs w:val="26"/>
          <w:lang w:val="vi-VN"/>
        </w:rPr>
      </w:pPr>
      <w:r w:rsidRPr="00BB07D0">
        <w:rPr>
          <w:rFonts w:asciiTheme="majorHAnsi" w:hAnsiTheme="majorHAnsi" w:cstheme="majorHAnsi"/>
          <w:b/>
          <w:noProof/>
          <w:color w:val="FF0000"/>
          <w:sz w:val="26"/>
          <w:szCs w:val="26"/>
          <w:lang w:val="vi-VN"/>
        </w:rPr>
        <w:drawing>
          <wp:inline distT="0" distB="0" distL="0" distR="0" wp14:anchorId="7583B49A" wp14:editId="72F1BAFF">
            <wp:extent cx="4788000" cy="3591001"/>
            <wp:effectExtent l="0" t="0" r="0" b="9525"/>
            <wp:docPr id="1078739178"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739178" name="Picture 1" descr="A group of people posing for a photo&#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88000" cy="3591001"/>
                    </a:xfrm>
                    <a:prstGeom prst="rect">
                      <a:avLst/>
                    </a:prstGeom>
                  </pic:spPr>
                </pic:pic>
              </a:graphicData>
            </a:graphic>
          </wp:inline>
        </w:drawing>
      </w:r>
    </w:p>
    <w:p w14:paraId="6CBEEC66" w14:textId="77777777" w:rsidR="00E720CC" w:rsidRPr="00BB07D0" w:rsidRDefault="00E720CC" w:rsidP="0060101C">
      <w:pPr>
        <w:ind w:firstLine="720"/>
        <w:jc w:val="both"/>
        <w:rPr>
          <w:rFonts w:ascii="Times New Roman" w:hAnsi="Times New Roman" w:cs="Times New Roman"/>
          <w:bCs/>
          <w:color w:val="000000" w:themeColor="text1"/>
          <w:sz w:val="26"/>
          <w:szCs w:val="26"/>
          <w:lang w:val="vi-VN"/>
        </w:rPr>
      </w:pPr>
      <w:r w:rsidRPr="00BB07D0">
        <w:rPr>
          <w:rFonts w:ascii="Times New Roman" w:hAnsi="Times New Roman" w:cs="Times New Roman"/>
          <w:bCs/>
          <w:color w:val="000000" w:themeColor="text1"/>
          <w:sz w:val="26"/>
          <w:szCs w:val="26"/>
          <w:lang w:val="vi-VN"/>
        </w:rPr>
        <w:t>Chuyên đề hân hạnh có sự tham dự của đại diện lãnh đạo nhà trường,</w:t>
      </w:r>
      <w:r w:rsidRPr="00BB07D0">
        <w:rPr>
          <w:sz w:val="26"/>
          <w:szCs w:val="26"/>
          <w:lang w:val="vi-VN"/>
        </w:rPr>
        <w:t xml:space="preserve"> </w:t>
      </w:r>
      <w:r w:rsidRPr="00BB07D0">
        <w:rPr>
          <w:rFonts w:ascii="Times New Roman" w:hAnsi="Times New Roman" w:cs="Times New Roman"/>
          <w:bCs/>
          <w:color w:val="000000" w:themeColor="text1"/>
          <w:sz w:val="26"/>
          <w:szCs w:val="26"/>
          <w:lang w:val="vi-VN"/>
        </w:rPr>
        <w:t>gồm 34 thầy cô đến từ</w:t>
      </w:r>
      <w:r w:rsidRPr="00BB07D0">
        <w:rPr>
          <w:sz w:val="26"/>
          <w:szCs w:val="26"/>
          <w:lang w:val="vi-VN"/>
        </w:rPr>
        <w:t xml:space="preserve"> </w:t>
      </w:r>
      <w:r w:rsidRPr="00BB07D0">
        <w:rPr>
          <w:rFonts w:ascii="Times New Roman" w:hAnsi="Times New Roman" w:cs="Times New Roman"/>
          <w:bCs/>
          <w:color w:val="000000" w:themeColor="text1"/>
          <w:sz w:val="26"/>
          <w:szCs w:val="26"/>
          <w:lang w:val="vi-VN"/>
        </w:rPr>
        <w:t>tổ bộ môn Giáo dục kinh tế và Pháp luật, tổ bộ môn Giáo dục thể chất – Giáo dục quốc phòng và An ninh, cùng với các giáo viên bộ môn.</w:t>
      </w:r>
    </w:p>
    <w:p w14:paraId="73F04864" w14:textId="77777777" w:rsidR="00BF36CD" w:rsidRPr="00BB07D0" w:rsidRDefault="00BF36CD" w:rsidP="00BF36CD">
      <w:pPr>
        <w:jc w:val="center"/>
        <w:rPr>
          <w:rFonts w:ascii="Times New Roman" w:hAnsi="Times New Roman" w:cs="Times New Roman"/>
          <w:bCs/>
          <w:i/>
          <w:iCs/>
          <w:color w:val="000000" w:themeColor="text1"/>
          <w:sz w:val="26"/>
          <w:szCs w:val="26"/>
          <w:lang w:val="vi-VN"/>
        </w:rPr>
      </w:pPr>
    </w:p>
    <w:p w14:paraId="2E01CFEB" w14:textId="77777777" w:rsidR="00BF36CD" w:rsidRPr="00BB07D0" w:rsidRDefault="00BF36CD" w:rsidP="00BF36CD">
      <w:pPr>
        <w:jc w:val="center"/>
        <w:rPr>
          <w:rFonts w:ascii="Times New Roman" w:hAnsi="Times New Roman" w:cs="Times New Roman"/>
          <w:bCs/>
          <w:i/>
          <w:iCs/>
          <w:color w:val="000000" w:themeColor="text1"/>
          <w:sz w:val="26"/>
          <w:szCs w:val="26"/>
          <w:lang w:val="vi-VN"/>
        </w:rPr>
      </w:pPr>
    </w:p>
    <w:p w14:paraId="01BD5AE9" w14:textId="17A3B534" w:rsidR="00BF36CD" w:rsidRPr="00BB07D0" w:rsidRDefault="00BF36CD" w:rsidP="00BF36CD">
      <w:pPr>
        <w:jc w:val="center"/>
        <w:rPr>
          <w:rFonts w:ascii="Times New Roman" w:hAnsi="Times New Roman" w:cs="Times New Roman"/>
          <w:bCs/>
          <w:i/>
          <w:iCs/>
          <w:color w:val="000000" w:themeColor="text1"/>
          <w:sz w:val="26"/>
          <w:szCs w:val="26"/>
          <w:lang w:val="vi-VN"/>
        </w:rPr>
      </w:pPr>
    </w:p>
    <w:p w14:paraId="367BE071" w14:textId="00E977C0" w:rsidR="0034565B" w:rsidRPr="00BB07D0" w:rsidRDefault="00946872" w:rsidP="00BB07D0">
      <w:pPr>
        <w:jc w:val="center"/>
        <w:rPr>
          <w:rFonts w:ascii="Times New Roman" w:hAnsi="Times New Roman" w:cs="Times New Roman"/>
          <w:bCs/>
          <w:i/>
          <w:iCs/>
          <w:color w:val="000000" w:themeColor="text1"/>
          <w:sz w:val="26"/>
          <w:szCs w:val="26"/>
          <w:lang w:val="vi-VN"/>
        </w:rPr>
      </w:pPr>
      <w:r w:rsidRPr="00BB07D0">
        <w:rPr>
          <w:rFonts w:asciiTheme="majorHAnsi" w:hAnsiTheme="majorHAnsi" w:cstheme="majorHAnsi"/>
          <w:bCs/>
          <w:i/>
          <w:iCs/>
          <w:noProof/>
          <w:color w:val="000000" w:themeColor="text1"/>
          <w:sz w:val="26"/>
          <w:szCs w:val="26"/>
          <w:lang w:val="vi-VN"/>
        </w:rPr>
        <w:lastRenderedPageBreak/>
        <w:drawing>
          <wp:anchor distT="0" distB="0" distL="114300" distR="114300" simplePos="0" relativeHeight="251661312" behindDoc="0" locked="0" layoutInCell="1" allowOverlap="1" wp14:anchorId="2A9CE930" wp14:editId="05E924E3">
            <wp:simplePos x="0" y="0"/>
            <wp:positionH relativeFrom="margin">
              <wp:align>center</wp:align>
            </wp:positionH>
            <wp:positionV relativeFrom="paragraph">
              <wp:posOffset>2540</wp:posOffset>
            </wp:positionV>
            <wp:extent cx="4788000" cy="3090055"/>
            <wp:effectExtent l="0" t="0" r="0" b="0"/>
            <wp:wrapTopAndBottom/>
            <wp:docPr id="1602518706" name="Picture 1"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518706" name="Picture 1" descr="A group of people in a classroom&#10;&#10;Description automatically generated"/>
                    <pic:cNvPicPr/>
                  </pic:nvPicPr>
                  <pic:blipFill>
                    <a:blip r:embed="rId9"/>
                    <a:stretch>
                      <a:fillRect/>
                    </a:stretch>
                  </pic:blipFill>
                  <pic:spPr>
                    <a:xfrm>
                      <a:off x="0" y="0"/>
                      <a:ext cx="4788000" cy="3090055"/>
                    </a:xfrm>
                    <a:prstGeom prst="rect">
                      <a:avLst/>
                    </a:prstGeom>
                  </pic:spPr>
                </pic:pic>
              </a:graphicData>
            </a:graphic>
            <wp14:sizeRelH relativeFrom="page">
              <wp14:pctWidth>0</wp14:pctWidth>
            </wp14:sizeRelH>
            <wp14:sizeRelV relativeFrom="page">
              <wp14:pctHeight>0</wp14:pctHeight>
            </wp14:sizeRelV>
          </wp:anchor>
        </w:drawing>
      </w:r>
      <w:r w:rsidR="00BF36CD" w:rsidRPr="00BB07D0">
        <w:rPr>
          <w:rFonts w:ascii="Times New Roman" w:hAnsi="Times New Roman" w:cs="Times New Roman"/>
          <w:bCs/>
          <w:i/>
          <w:iCs/>
          <w:color w:val="000000" w:themeColor="text1"/>
          <w:sz w:val="26"/>
          <w:szCs w:val="26"/>
          <w:lang w:val="vi-VN"/>
        </w:rPr>
        <w:t>Hình ảnh: Thầy cô đến dự giờ tiết học</w:t>
      </w:r>
    </w:p>
    <w:p w14:paraId="77D94CD7" w14:textId="22F49D4A" w:rsidR="00946872" w:rsidRPr="00BB07D0" w:rsidRDefault="00287D75" w:rsidP="00B7318E">
      <w:pPr>
        <w:pStyle w:val="NoSpacing"/>
        <w:numPr>
          <w:ilvl w:val="0"/>
          <w:numId w:val="10"/>
        </w:numPr>
        <w:jc w:val="both"/>
        <w:rPr>
          <w:rFonts w:ascii="Times New Roman" w:hAnsi="Times New Roman" w:cs="Times New Roman"/>
          <w:sz w:val="26"/>
          <w:szCs w:val="26"/>
          <w:lang w:val="vi-VN"/>
        </w:rPr>
      </w:pPr>
      <w:r w:rsidRPr="00BB07D0">
        <w:rPr>
          <w:rFonts w:ascii="Times New Roman" w:hAnsi="Times New Roman" w:cs="Times New Roman"/>
          <w:b/>
          <w:bCs/>
          <w:sz w:val="26"/>
          <w:szCs w:val="26"/>
          <w:lang w:val="vi-VN"/>
        </w:rPr>
        <w:t>Khơi dậy ý thức an toàn giao thông qua sự sáng tạo</w:t>
      </w:r>
    </w:p>
    <w:p w14:paraId="67E34A92" w14:textId="6665D667" w:rsidR="0034565B" w:rsidRPr="00BB07D0" w:rsidRDefault="00BF36CD" w:rsidP="0060101C">
      <w:pPr>
        <w:pStyle w:val="NoSpacing"/>
        <w:ind w:firstLine="720"/>
        <w:jc w:val="both"/>
        <w:rPr>
          <w:rFonts w:ascii="Times New Roman" w:hAnsi="Times New Roman" w:cs="Times New Roman"/>
          <w:sz w:val="26"/>
          <w:szCs w:val="26"/>
          <w:lang w:val="vi-VN"/>
        </w:rPr>
      </w:pPr>
      <w:r w:rsidRPr="00BB07D0">
        <w:rPr>
          <w:rFonts w:asciiTheme="majorHAnsi" w:eastAsia="Times New Roman" w:hAnsiTheme="majorHAnsi" w:cstheme="majorHAnsi"/>
          <w:noProof/>
          <w:color w:val="000000"/>
          <w:sz w:val="26"/>
          <w:szCs w:val="26"/>
        </w:rPr>
        <w:drawing>
          <wp:anchor distT="0" distB="0" distL="114300" distR="114300" simplePos="0" relativeHeight="251658240" behindDoc="0" locked="0" layoutInCell="1" allowOverlap="1" wp14:anchorId="394B73D5" wp14:editId="453EC90A">
            <wp:simplePos x="0" y="0"/>
            <wp:positionH relativeFrom="margin">
              <wp:align>center</wp:align>
            </wp:positionH>
            <wp:positionV relativeFrom="paragraph">
              <wp:posOffset>1163320</wp:posOffset>
            </wp:positionV>
            <wp:extent cx="4788000" cy="2457558"/>
            <wp:effectExtent l="0" t="0" r="0" b="0"/>
            <wp:wrapTopAndBottom/>
            <wp:docPr id="1069191422" name="Picture 2" descr="A group of people standing in front of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191422" name="Picture 2" descr="A group of people standing in front of a classroo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88000" cy="2457558"/>
                    </a:xfrm>
                    <a:prstGeom prst="rect">
                      <a:avLst/>
                    </a:prstGeom>
                  </pic:spPr>
                </pic:pic>
              </a:graphicData>
            </a:graphic>
            <wp14:sizeRelH relativeFrom="page">
              <wp14:pctWidth>0</wp14:pctWidth>
            </wp14:sizeRelH>
            <wp14:sizeRelV relativeFrom="page">
              <wp14:pctHeight>0</wp14:pctHeight>
            </wp14:sizeRelV>
          </wp:anchor>
        </w:drawing>
      </w:r>
      <w:r w:rsidRPr="00BB07D0">
        <w:rPr>
          <w:rFonts w:ascii="Times New Roman" w:hAnsi="Times New Roman" w:cs="Times New Roman"/>
          <w:sz w:val="26"/>
          <w:szCs w:val="26"/>
          <w:lang w:val="vi-VN"/>
        </w:rPr>
        <w:t xml:space="preserve">Hưởng ứng cuộc thi </w:t>
      </w:r>
      <w:r w:rsidRPr="00BB07D0">
        <w:rPr>
          <w:rFonts w:ascii="Times New Roman" w:hAnsi="Times New Roman" w:cs="Times New Roman"/>
          <w:b/>
          <w:bCs/>
          <w:i/>
          <w:iCs/>
          <w:sz w:val="26"/>
          <w:szCs w:val="26"/>
          <w:lang w:val="vi-VN"/>
        </w:rPr>
        <w:t>“An toàn giao thông cho nụ cười ngày mai”</w:t>
      </w:r>
      <w:r w:rsidRPr="00BB07D0">
        <w:rPr>
          <w:rFonts w:ascii="Times New Roman" w:hAnsi="Times New Roman" w:cs="Times New Roman"/>
          <w:sz w:val="26"/>
          <w:szCs w:val="26"/>
          <w:lang w:val="vi-VN"/>
        </w:rPr>
        <w:t>, tiết học này không chỉ giúp các em học sinh hiểu rõ tầm quan trọng của việc chấp hành luật lệ giao thông mà còn truyền tải kiến thức an toàn giao thông một cách sinh động và sáng tạo. Các em học sinh đã trình bày những phóng sự ngắn phỏng vấn bạn bè, phụ huynh về kiến thức giao thông, cùng những tiết mục ca hát, diễn kịch, giúp cả lớp hiểu thêm về luật lệ giao thông và vai trò của các biển báo.</w:t>
      </w:r>
    </w:p>
    <w:p w14:paraId="33DFB936" w14:textId="5F60D368" w:rsidR="0034565B" w:rsidRPr="00BB07D0" w:rsidRDefault="0034565B" w:rsidP="0034565B">
      <w:pPr>
        <w:ind w:firstLine="720"/>
        <w:jc w:val="center"/>
        <w:rPr>
          <w:rFonts w:ascii="Times New Roman" w:hAnsi="Times New Roman" w:cs="Times New Roman"/>
          <w:i/>
          <w:iCs/>
          <w:sz w:val="26"/>
          <w:szCs w:val="26"/>
          <w:lang w:val="vi-VN"/>
        </w:rPr>
      </w:pPr>
      <w:r w:rsidRPr="00BB07D0">
        <w:rPr>
          <w:rFonts w:ascii="Times New Roman" w:hAnsi="Times New Roman" w:cs="Times New Roman"/>
          <w:i/>
          <w:iCs/>
          <w:sz w:val="26"/>
          <w:szCs w:val="26"/>
          <w:lang w:val="vi-VN"/>
        </w:rPr>
        <w:t>Hình ảnh: Học sinh diễn tiểu phẩm “Tín hiệu của sự an toàn”</w:t>
      </w:r>
    </w:p>
    <w:p w14:paraId="60A4DF66" w14:textId="77777777" w:rsidR="005D0ED6" w:rsidRPr="00BB07D0" w:rsidRDefault="005D0ED6" w:rsidP="005D0ED6">
      <w:pPr>
        <w:pStyle w:val="NoSpacing"/>
        <w:ind w:left="720"/>
        <w:jc w:val="both"/>
        <w:rPr>
          <w:rFonts w:ascii="Times New Roman" w:hAnsi="Times New Roman" w:cs="Times New Roman"/>
          <w:b/>
          <w:bCs/>
          <w:sz w:val="26"/>
          <w:szCs w:val="26"/>
          <w:lang w:val="vi-VN"/>
        </w:rPr>
      </w:pPr>
    </w:p>
    <w:p w14:paraId="3CFD59A6" w14:textId="69C5B45A" w:rsidR="00BF36CD" w:rsidRPr="00BB07D0" w:rsidRDefault="00000000" w:rsidP="00B7318E">
      <w:pPr>
        <w:pStyle w:val="NoSpacing"/>
        <w:numPr>
          <w:ilvl w:val="0"/>
          <w:numId w:val="10"/>
        </w:numPr>
        <w:jc w:val="both"/>
        <w:rPr>
          <w:rFonts w:ascii="Times New Roman" w:hAnsi="Times New Roman" w:cs="Times New Roman"/>
          <w:b/>
          <w:bCs/>
          <w:sz w:val="26"/>
          <w:szCs w:val="26"/>
          <w:lang w:val="vi-VN"/>
        </w:rPr>
      </w:pPr>
      <w:r w:rsidRPr="00BB07D0">
        <w:rPr>
          <w:rFonts w:ascii="Times New Roman" w:hAnsi="Times New Roman" w:cs="Times New Roman"/>
          <w:b/>
          <w:bCs/>
          <w:sz w:val="26"/>
          <w:szCs w:val="26"/>
          <w:lang w:val="vi-VN"/>
        </w:rPr>
        <w:t xml:space="preserve">Các </w:t>
      </w:r>
      <w:r w:rsidR="00BF36CD" w:rsidRPr="00BB07D0">
        <w:rPr>
          <w:rFonts w:ascii="Times New Roman" w:hAnsi="Times New Roman" w:cs="Times New Roman"/>
          <w:b/>
          <w:bCs/>
          <w:sz w:val="26"/>
          <w:szCs w:val="26"/>
          <w:lang w:val="vi-VN"/>
        </w:rPr>
        <w:t>h</w:t>
      </w:r>
      <w:r w:rsidRPr="00BB07D0">
        <w:rPr>
          <w:rFonts w:ascii="Times New Roman" w:hAnsi="Times New Roman" w:cs="Times New Roman"/>
          <w:b/>
          <w:bCs/>
          <w:sz w:val="26"/>
          <w:szCs w:val="26"/>
          <w:lang w:val="vi-VN"/>
        </w:rPr>
        <w:t xml:space="preserve">oạt </w:t>
      </w:r>
      <w:r w:rsidR="00BF36CD" w:rsidRPr="00BB07D0">
        <w:rPr>
          <w:rFonts w:ascii="Times New Roman" w:hAnsi="Times New Roman" w:cs="Times New Roman"/>
          <w:b/>
          <w:bCs/>
          <w:sz w:val="26"/>
          <w:szCs w:val="26"/>
          <w:lang w:val="vi-VN"/>
        </w:rPr>
        <w:t>đ</w:t>
      </w:r>
      <w:r w:rsidRPr="00BB07D0">
        <w:rPr>
          <w:rFonts w:ascii="Times New Roman" w:hAnsi="Times New Roman" w:cs="Times New Roman"/>
          <w:b/>
          <w:bCs/>
          <w:sz w:val="26"/>
          <w:szCs w:val="26"/>
          <w:lang w:val="vi-VN"/>
        </w:rPr>
        <w:t xml:space="preserve">ộng </w:t>
      </w:r>
      <w:r w:rsidR="00BF36CD" w:rsidRPr="00BB07D0">
        <w:rPr>
          <w:rFonts w:ascii="Times New Roman" w:hAnsi="Times New Roman" w:cs="Times New Roman"/>
          <w:b/>
          <w:bCs/>
          <w:sz w:val="26"/>
          <w:szCs w:val="26"/>
          <w:lang w:val="vi-VN"/>
        </w:rPr>
        <w:t>s</w:t>
      </w:r>
      <w:r w:rsidRPr="00BB07D0">
        <w:rPr>
          <w:rFonts w:ascii="Times New Roman" w:hAnsi="Times New Roman" w:cs="Times New Roman"/>
          <w:b/>
          <w:bCs/>
          <w:sz w:val="26"/>
          <w:szCs w:val="26"/>
          <w:lang w:val="vi-VN"/>
        </w:rPr>
        <w:t xml:space="preserve">áng </w:t>
      </w:r>
      <w:r w:rsidR="00BF36CD" w:rsidRPr="00BB07D0">
        <w:rPr>
          <w:rFonts w:ascii="Times New Roman" w:hAnsi="Times New Roman" w:cs="Times New Roman"/>
          <w:b/>
          <w:bCs/>
          <w:sz w:val="26"/>
          <w:szCs w:val="26"/>
          <w:lang w:val="vi-VN"/>
        </w:rPr>
        <w:t>t</w:t>
      </w:r>
      <w:r w:rsidRPr="00BB07D0">
        <w:rPr>
          <w:rFonts w:ascii="Times New Roman" w:hAnsi="Times New Roman" w:cs="Times New Roman"/>
          <w:b/>
          <w:bCs/>
          <w:sz w:val="26"/>
          <w:szCs w:val="26"/>
          <w:lang w:val="vi-VN"/>
        </w:rPr>
        <w:t xml:space="preserve">ạo và </w:t>
      </w:r>
      <w:r w:rsidR="00BF36CD" w:rsidRPr="00BB07D0">
        <w:rPr>
          <w:rFonts w:ascii="Times New Roman" w:hAnsi="Times New Roman" w:cs="Times New Roman"/>
          <w:b/>
          <w:bCs/>
          <w:sz w:val="26"/>
          <w:szCs w:val="26"/>
          <w:lang w:val="vi-VN"/>
        </w:rPr>
        <w:t>h</w:t>
      </w:r>
      <w:r w:rsidRPr="00BB07D0">
        <w:rPr>
          <w:rFonts w:ascii="Times New Roman" w:hAnsi="Times New Roman" w:cs="Times New Roman"/>
          <w:b/>
          <w:bCs/>
          <w:sz w:val="26"/>
          <w:szCs w:val="26"/>
          <w:lang w:val="vi-VN"/>
        </w:rPr>
        <w:t xml:space="preserve">ấp </w:t>
      </w:r>
      <w:r w:rsidR="00BF36CD" w:rsidRPr="00BB07D0">
        <w:rPr>
          <w:rFonts w:ascii="Times New Roman" w:hAnsi="Times New Roman" w:cs="Times New Roman"/>
          <w:b/>
          <w:bCs/>
          <w:sz w:val="26"/>
          <w:szCs w:val="26"/>
          <w:lang w:val="vi-VN"/>
        </w:rPr>
        <w:t>d</w:t>
      </w:r>
      <w:r w:rsidRPr="00BB07D0">
        <w:rPr>
          <w:rFonts w:ascii="Times New Roman" w:hAnsi="Times New Roman" w:cs="Times New Roman"/>
          <w:b/>
          <w:bCs/>
          <w:sz w:val="26"/>
          <w:szCs w:val="26"/>
          <w:lang w:val="vi-VN"/>
        </w:rPr>
        <w:t>ẫn</w:t>
      </w:r>
    </w:p>
    <w:p w14:paraId="381591D1" w14:textId="79F932DE" w:rsidR="003D1D5C" w:rsidRPr="00BB07D0" w:rsidRDefault="0025357C" w:rsidP="0060101C">
      <w:pPr>
        <w:ind w:firstLine="720"/>
        <w:jc w:val="both"/>
        <w:rPr>
          <w:rFonts w:ascii="Times New Roman" w:hAnsi="Times New Roman" w:cs="Times New Roman"/>
          <w:sz w:val="26"/>
          <w:szCs w:val="26"/>
          <w:lang w:val="vi-VN"/>
        </w:rPr>
      </w:pPr>
      <w:r w:rsidRPr="00BB07D0">
        <w:rPr>
          <w:rFonts w:ascii="Times New Roman" w:hAnsi="Times New Roman" w:cs="Times New Roman"/>
          <w:noProof/>
          <w:sz w:val="26"/>
          <w:szCs w:val="26"/>
          <w:lang w:val="vi-VN"/>
        </w:rPr>
        <w:t>Học sinh</w:t>
      </w:r>
      <w:r w:rsidR="003D1D5C" w:rsidRPr="00BB07D0">
        <w:rPr>
          <w:rFonts w:ascii="Times New Roman" w:hAnsi="Times New Roman" w:cs="Times New Roman"/>
          <w:noProof/>
          <w:sz w:val="26"/>
          <w:szCs w:val="26"/>
          <w:lang w:val="vi-VN"/>
        </w:rPr>
        <w:t xml:space="preserve"> đã biết vận dụng </w:t>
      </w:r>
      <w:r w:rsidRPr="00BB07D0">
        <w:rPr>
          <w:rFonts w:ascii="Times New Roman" w:hAnsi="Times New Roman" w:cs="Times New Roman"/>
          <w:noProof/>
          <w:sz w:val="26"/>
          <w:szCs w:val="26"/>
          <w:lang w:val="vi-VN"/>
        </w:rPr>
        <w:t>công nghệ thông tin</w:t>
      </w:r>
      <w:r w:rsidR="003D1D5C" w:rsidRPr="00BB07D0">
        <w:rPr>
          <w:rFonts w:ascii="Times New Roman" w:hAnsi="Times New Roman" w:cs="Times New Roman"/>
          <w:noProof/>
          <w:sz w:val="26"/>
          <w:szCs w:val="26"/>
          <w:lang w:val="vi-VN"/>
        </w:rPr>
        <w:t xml:space="preserve"> vào tiết học, sáng tạo với bộ câu hỏi củng cố bài học, ứng dụng vào trò chơi trực tuyến trên phần mềm Kahoot lôi cuốn và hấp dẫn, bước đầu thực hiện có hiệu quả việc ứng dụng công nghệ số vào học tập</w:t>
      </w:r>
      <w:r w:rsidR="00E76866" w:rsidRPr="00BB07D0">
        <w:rPr>
          <w:rFonts w:ascii="Times New Roman" w:hAnsi="Times New Roman" w:cs="Times New Roman"/>
          <w:sz w:val="26"/>
          <w:szCs w:val="26"/>
          <w:lang w:val="vi-VN"/>
        </w:rPr>
        <w:t>.</w:t>
      </w:r>
    </w:p>
    <w:p w14:paraId="72FB0D65" w14:textId="6821628F" w:rsidR="00D55755" w:rsidRPr="00BB07D0" w:rsidRDefault="00BB07D0" w:rsidP="00E76866">
      <w:pPr>
        <w:jc w:val="both"/>
        <w:rPr>
          <w:rFonts w:ascii="Times New Roman" w:hAnsi="Times New Roman" w:cs="Times New Roman"/>
          <w:sz w:val="26"/>
          <w:szCs w:val="26"/>
          <w:lang w:val="vi-VN"/>
        </w:rPr>
      </w:pPr>
      <w:r w:rsidRPr="00BB07D0">
        <w:rPr>
          <w:rFonts w:ascii="Times New Roman" w:hAnsi="Times New Roman" w:cs="Times New Roman"/>
          <w:noProof/>
          <w:sz w:val="26"/>
          <w:szCs w:val="26"/>
          <w:lang w:val="vi-VN"/>
        </w:rPr>
        <w:lastRenderedPageBreak/>
        <w:drawing>
          <wp:anchor distT="0" distB="0" distL="114300" distR="114300" simplePos="0" relativeHeight="251665408" behindDoc="0" locked="0" layoutInCell="1" allowOverlap="1" wp14:anchorId="11F84098" wp14:editId="0E41FDC7">
            <wp:simplePos x="0" y="0"/>
            <wp:positionH relativeFrom="margin">
              <wp:posOffset>749300</wp:posOffset>
            </wp:positionH>
            <wp:positionV relativeFrom="paragraph">
              <wp:posOffset>154452</wp:posOffset>
            </wp:positionV>
            <wp:extent cx="4788000" cy="2738915"/>
            <wp:effectExtent l="0" t="0" r="0" b="4445"/>
            <wp:wrapNone/>
            <wp:docPr id="994432302" name="Picture 1" descr="A person using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432302" name="Picture 1" descr="A person using a cell phone&#10;&#10;Description automatically generated"/>
                    <pic:cNvPicPr/>
                  </pic:nvPicPr>
                  <pic:blipFill>
                    <a:blip r:embed="rId11"/>
                    <a:stretch>
                      <a:fillRect/>
                    </a:stretch>
                  </pic:blipFill>
                  <pic:spPr>
                    <a:xfrm>
                      <a:off x="0" y="0"/>
                      <a:ext cx="4788000" cy="2738915"/>
                    </a:xfrm>
                    <a:prstGeom prst="rect">
                      <a:avLst/>
                    </a:prstGeom>
                  </pic:spPr>
                </pic:pic>
              </a:graphicData>
            </a:graphic>
            <wp14:sizeRelH relativeFrom="page">
              <wp14:pctWidth>0</wp14:pctWidth>
            </wp14:sizeRelH>
            <wp14:sizeRelV relativeFrom="page">
              <wp14:pctHeight>0</wp14:pctHeight>
            </wp14:sizeRelV>
          </wp:anchor>
        </w:drawing>
      </w:r>
    </w:p>
    <w:p w14:paraId="34869158" w14:textId="77777777" w:rsidR="00D55755" w:rsidRPr="00BB07D0" w:rsidRDefault="00D55755" w:rsidP="00E76866">
      <w:pPr>
        <w:jc w:val="both"/>
        <w:rPr>
          <w:rFonts w:ascii="Times New Roman" w:hAnsi="Times New Roman" w:cs="Times New Roman"/>
          <w:sz w:val="26"/>
          <w:szCs w:val="26"/>
          <w:lang w:val="vi-VN"/>
        </w:rPr>
      </w:pPr>
    </w:p>
    <w:p w14:paraId="152AC634" w14:textId="77777777" w:rsidR="00D55755" w:rsidRPr="00BB07D0" w:rsidRDefault="00D55755" w:rsidP="00E76866">
      <w:pPr>
        <w:jc w:val="both"/>
        <w:rPr>
          <w:rFonts w:ascii="Times New Roman" w:hAnsi="Times New Roman" w:cs="Times New Roman"/>
          <w:sz w:val="26"/>
          <w:szCs w:val="26"/>
          <w:lang w:val="vi-VN"/>
        </w:rPr>
      </w:pPr>
    </w:p>
    <w:p w14:paraId="6B378A78" w14:textId="77777777" w:rsidR="00D55755" w:rsidRPr="00BB07D0" w:rsidRDefault="00D55755" w:rsidP="00E76866">
      <w:pPr>
        <w:jc w:val="both"/>
        <w:rPr>
          <w:rFonts w:ascii="Times New Roman" w:hAnsi="Times New Roman" w:cs="Times New Roman"/>
          <w:sz w:val="26"/>
          <w:szCs w:val="26"/>
          <w:lang w:val="vi-VN"/>
        </w:rPr>
      </w:pPr>
    </w:p>
    <w:p w14:paraId="33CA3141" w14:textId="77777777" w:rsidR="00D55755" w:rsidRPr="00BB07D0" w:rsidRDefault="00D55755" w:rsidP="00E76866">
      <w:pPr>
        <w:jc w:val="both"/>
        <w:rPr>
          <w:rFonts w:ascii="Times New Roman" w:hAnsi="Times New Roman" w:cs="Times New Roman"/>
          <w:sz w:val="26"/>
          <w:szCs w:val="26"/>
          <w:lang w:val="vi-VN"/>
        </w:rPr>
      </w:pPr>
    </w:p>
    <w:p w14:paraId="4AA4F395" w14:textId="77777777" w:rsidR="00D55755" w:rsidRPr="00BB07D0" w:rsidRDefault="00D55755" w:rsidP="00E76866">
      <w:pPr>
        <w:jc w:val="both"/>
        <w:rPr>
          <w:rFonts w:ascii="Times New Roman" w:hAnsi="Times New Roman" w:cs="Times New Roman"/>
          <w:sz w:val="26"/>
          <w:szCs w:val="26"/>
          <w:lang w:val="vi-VN"/>
        </w:rPr>
      </w:pPr>
    </w:p>
    <w:p w14:paraId="5E382F48" w14:textId="77777777" w:rsidR="00D55755" w:rsidRPr="00BB07D0" w:rsidRDefault="00D55755" w:rsidP="00E76866">
      <w:pPr>
        <w:jc w:val="both"/>
        <w:rPr>
          <w:rFonts w:ascii="Times New Roman" w:hAnsi="Times New Roman" w:cs="Times New Roman"/>
          <w:sz w:val="26"/>
          <w:szCs w:val="26"/>
          <w:lang w:val="vi-VN"/>
        </w:rPr>
      </w:pPr>
    </w:p>
    <w:p w14:paraId="7FD8AC1C" w14:textId="77777777" w:rsidR="00D55755" w:rsidRPr="00BB07D0" w:rsidRDefault="00D55755" w:rsidP="00E76866">
      <w:pPr>
        <w:jc w:val="both"/>
        <w:rPr>
          <w:rFonts w:ascii="Times New Roman" w:hAnsi="Times New Roman" w:cs="Times New Roman"/>
          <w:sz w:val="26"/>
          <w:szCs w:val="26"/>
          <w:lang w:val="vi-VN"/>
        </w:rPr>
      </w:pPr>
    </w:p>
    <w:p w14:paraId="05519362" w14:textId="1347695F" w:rsidR="00BF36CD" w:rsidRPr="00BB07D0" w:rsidRDefault="00BF36CD" w:rsidP="00BF36CD">
      <w:pPr>
        <w:tabs>
          <w:tab w:val="left" w:pos="3060"/>
        </w:tabs>
        <w:rPr>
          <w:rFonts w:ascii="Times New Roman" w:hAnsi="Times New Roman" w:cs="Times New Roman"/>
          <w:sz w:val="26"/>
          <w:szCs w:val="26"/>
          <w:lang w:val="vi-VN"/>
        </w:rPr>
      </w:pPr>
    </w:p>
    <w:p w14:paraId="4F084DD1" w14:textId="77777777" w:rsidR="00D55755" w:rsidRPr="00BB07D0" w:rsidRDefault="00D55755" w:rsidP="00D55755">
      <w:pPr>
        <w:jc w:val="center"/>
        <w:rPr>
          <w:rFonts w:ascii="Times New Roman" w:hAnsi="Times New Roman" w:cs="Times New Roman"/>
          <w:sz w:val="26"/>
          <w:szCs w:val="26"/>
          <w:lang w:val="vi-VN"/>
        </w:rPr>
      </w:pPr>
      <w:r w:rsidRPr="00BB07D0">
        <w:rPr>
          <w:rFonts w:ascii="Times New Roman" w:hAnsi="Times New Roman" w:cs="Times New Roman"/>
          <w:i/>
          <w:iCs/>
          <w:sz w:val="26"/>
          <w:szCs w:val="26"/>
          <w:lang w:val="vi-VN"/>
        </w:rPr>
        <w:t>Hình ảnh: Học sinh thực hiện trò chơi Kahoot</w:t>
      </w:r>
    </w:p>
    <w:p w14:paraId="49A932D1" w14:textId="3CD1D3C9" w:rsidR="0025357C" w:rsidRPr="00BB07D0" w:rsidRDefault="0025357C" w:rsidP="00BB07D0">
      <w:pPr>
        <w:jc w:val="center"/>
        <w:rPr>
          <w:rFonts w:ascii="Times New Roman" w:hAnsi="Times New Roman" w:cs="Times New Roman"/>
          <w:bCs/>
          <w:sz w:val="26"/>
          <w:szCs w:val="26"/>
          <w:lang w:val="vi-VN"/>
        </w:rPr>
      </w:pPr>
      <w:r w:rsidRPr="00BB07D0">
        <w:rPr>
          <w:rFonts w:ascii="Times New Roman" w:hAnsi="Times New Roman" w:cs="Times New Roman"/>
          <w:bCs/>
          <w:noProof/>
          <w:sz w:val="26"/>
          <w:szCs w:val="26"/>
          <w:lang w:val="vi-VN"/>
        </w:rPr>
        <w:drawing>
          <wp:inline distT="0" distB="0" distL="0" distR="0" wp14:anchorId="1092CD4C" wp14:editId="4C0A3F7F">
            <wp:extent cx="4788000" cy="2502370"/>
            <wp:effectExtent l="0" t="0" r="0" b="0"/>
            <wp:docPr id="9574180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418071" name="Picture 1" descr="A screenshot of a computer&#10;&#10;Description automatically generated"/>
                    <pic:cNvPicPr/>
                  </pic:nvPicPr>
                  <pic:blipFill>
                    <a:blip r:embed="rId12"/>
                    <a:stretch>
                      <a:fillRect/>
                    </a:stretch>
                  </pic:blipFill>
                  <pic:spPr>
                    <a:xfrm>
                      <a:off x="0" y="0"/>
                      <a:ext cx="4788000" cy="2502370"/>
                    </a:xfrm>
                    <a:prstGeom prst="rect">
                      <a:avLst/>
                    </a:prstGeom>
                  </pic:spPr>
                </pic:pic>
              </a:graphicData>
            </a:graphic>
          </wp:inline>
        </w:drawing>
      </w:r>
    </w:p>
    <w:p w14:paraId="6ECA393D" w14:textId="77777777" w:rsidR="00BF36CD" w:rsidRPr="00BB07D0" w:rsidRDefault="0025357C" w:rsidP="00BF36CD">
      <w:pPr>
        <w:jc w:val="center"/>
        <w:rPr>
          <w:rFonts w:ascii="Times New Roman" w:hAnsi="Times New Roman" w:cs="Times New Roman"/>
          <w:bCs/>
          <w:i/>
          <w:iCs/>
          <w:sz w:val="26"/>
          <w:szCs w:val="26"/>
          <w:lang w:val="vi-VN"/>
        </w:rPr>
      </w:pPr>
      <w:r w:rsidRPr="00BB07D0">
        <w:rPr>
          <w:rFonts w:ascii="Times New Roman" w:hAnsi="Times New Roman" w:cs="Times New Roman"/>
          <w:bCs/>
          <w:i/>
          <w:iCs/>
          <w:sz w:val="26"/>
          <w:szCs w:val="26"/>
          <w:lang w:val="vi-VN"/>
        </w:rPr>
        <w:t>Hình ảnh: Học sinh ứng dụng công nghệ thông tin tạo trang Padlet để thực hiện nhiệm vụ của nhóm</w:t>
      </w:r>
    </w:p>
    <w:p w14:paraId="16ADC74D" w14:textId="5F08F9DF" w:rsidR="00C32FC3" w:rsidRPr="00BB07D0" w:rsidRDefault="00C32FC3" w:rsidP="0060101C">
      <w:pPr>
        <w:ind w:firstLine="720"/>
        <w:jc w:val="both"/>
        <w:rPr>
          <w:rFonts w:ascii="Times New Roman" w:hAnsi="Times New Roman" w:cs="Times New Roman"/>
          <w:bCs/>
          <w:i/>
          <w:iCs/>
          <w:sz w:val="26"/>
          <w:szCs w:val="26"/>
          <w:lang w:val="vi-VN"/>
        </w:rPr>
      </w:pPr>
      <w:r w:rsidRPr="00BB07D0">
        <w:rPr>
          <w:rFonts w:ascii="Times New Roman" w:hAnsi="Times New Roman" w:cs="Times New Roman"/>
          <w:sz w:val="26"/>
          <w:szCs w:val="26"/>
          <w:lang w:val="vi-VN"/>
        </w:rPr>
        <w:t xml:space="preserve">Một trong những điểm nổi bật của tiết học là phần thực hành sáng tạo, nơi các em sử dụng kiến thức tin học để thiết kế tờ gấp quảng cáo (Brochure) về an toàn giao thông. Những mô hình, sản phẩm tuyên truyền do học sinh tự tay sáng tác không chỉ làm rõ nội dung bài học mà còn thể hiện năng khiếu và sự sáng tạo của từng bạn. </w:t>
      </w:r>
    </w:p>
    <w:p w14:paraId="23C3A23A" w14:textId="7666B979" w:rsidR="00C32FC3" w:rsidRPr="00BB07D0" w:rsidRDefault="00BF36CD" w:rsidP="00C32FC3">
      <w:pPr>
        <w:pStyle w:val="NoSpacing"/>
        <w:jc w:val="center"/>
        <w:rPr>
          <w:rFonts w:ascii="Times New Roman" w:hAnsi="Times New Roman" w:cs="Times New Roman"/>
          <w:sz w:val="26"/>
          <w:szCs w:val="26"/>
          <w:lang w:val="vi-VN"/>
        </w:rPr>
      </w:pPr>
      <w:r w:rsidRPr="00BB07D0">
        <w:rPr>
          <w:rFonts w:asciiTheme="majorHAnsi" w:hAnsiTheme="majorHAnsi" w:cstheme="majorHAnsi"/>
          <w:noProof/>
          <w:sz w:val="26"/>
          <w:szCs w:val="26"/>
          <w:lang w:val="vi-VN"/>
        </w:rPr>
        <w:lastRenderedPageBreak/>
        <w:drawing>
          <wp:anchor distT="0" distB="0" distL="114300" distR="114300" simplePos="0" relativeHeight="251667456" behindDoc="0" locked="0" layoutInCell="1" allowOverlap="1" wp14:anchorId="233348F7" wp14:editId="107BAD5D">
            <wp:simplePos x="0" y="0"/>
            <wp:positionH relativeFrom="margin">
              <wp:align>center</wp:align>
            </wp:positionH>
            <wp:positionV relativeFrom="paragraph">
              <wp:posOffset>104140</wp:posOffset>
            </wp:positionV>
            <wp:extent cx="4788000" cy="2948950"/>
            <wp:effectExtent l="0" t="0" r="0" b="3810"/>
            <wp:wrapTopAndBottom/>
            <wp:docPr id="1459625547" name="Picture 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625547" name="Picture 5" descr="A group of people posing for a phot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88000" cy="2948950"/>
                    </a:xfrm>
                    <a:prstGeom prst="rect">
                      <a:avLst/>
                    </a:prstGeom>
                  </pic:spPr>
                </pic:pic>
              </a:graphicData>
            </a:graphic>
            <wp14:sizeRelH relativeFrom="page">
              <wp14:pctWidth>0</wp14:pctWidth>
            </wp14:sizeRelH>
            <wp14:sizeRelV relativeFrom="page">
              <wp14:pctHeight>0</wp14:pctHeight>
            </wp14:sizeRelV>
          </wp:anchor>
        </w:drawing>
      </w:r>
      <w:r w:rsidR="00C32FC3" w:rsidRPr="00BB07D0">
        <w:rPr>
          <w:rFonts w:ascii="Times New Roman" w:hAnsi="Times New Roman" w:cs="Times New Roman"/>
          <w:i/>
          <w:iCs/>
          <w:sz w:val="26"/>
          <w:szCs w:val="26"/>
          <w:lang w:val="vi-VN"/>
        </w:rPr>
        <w:t>Hình ảnh: Các mô hình An toàn giao thông và các sản phẩm tuyên truyền của học sinh</w:t>
      </w:r>
    </w:p>
    <w:p w14:paraId="67D5D80C" w14:textId="307C1100" w:rsidR="003D1D5C" w:rsidRPr="00BB07D0" w:rsidRDefault="003D1D5C" w:rsidP="0034565B">
      <w:pPr>
        <w:pStyle w:val="NoSpacing"/>
        <w:jc w:val="both"/>
        <w:rPr>
          <w:rFonts w:ascii="Times New Roman" w:hAnsi="Times New Roman" w:cs="Times New Roman"/>
          <w:sz w:val="26"/>
          <w:szCs w:val="26"/>
          <w:lang w:val="vi-VN"/>
        </w:rPr>
      </w:pPr>
    </w:p>
    <w:p w14:paraId="42BC6456" w14:textId="65486515" w:rsidR="0034565B" w:rsidRPr="00BB07D0" w:rsidRDefault="00000000" w:rsidP="0060101C">
      <w:pPr>
        <w:pStyle w:val="NoSpacing"/>
        <w:ind w:firstLine="720"/>
        <w:jc w:val="both"/>
        <w:rPr>
          <w:rFonts w:ascii="Times New Roman" w:hAnsi="Times New Roman" w:cs="Times New Roman"/>
          <w:sz w:val="26"/>
          <w:szCs w:val="26"/>
          <w:lang w:val="vi-VN"/>
        </w:rPr>
      </w:pPr>
      <w:r w:rsidRPr="00BB07D0">
        <w:rPr>
          <w:rFonts w:ascii="Times New Roman" w:hAnsi="Times New Roman" w:cs="Times New Roman"/>
          <w:sz w:val="26"/>
          <w:szCs w:val="26"/>
          <w:lang w:val="vi-VN"/>
        </w:rPr>
        <w:t xml:space="preserve">Đặc biệt, tiết học kết thúc bằng </w:t>
      </w:r>
      <w:r w:rsidR="00DD4340" w:rsidRPr="00BB07D0">
        <w:rPr>
          <w:rFonts w:ascii="Times New Roman" w:hAnsi="Times New Roman" w:cs="Times New Roman"/>
          <w:sz w:val="26"/>
          <w:szCs w:val="26"/>
          <w:lang w:val="vi-VN"/>
        </w:rPr>
        <w:t>việc các bạn trình bày các sản phẩm tự tay mình thiết kế</w:t>
      </w:r>
      <w:r w:rsidRPr="00BB07D0">
        <w:rPr>
          <w:rFonts w:ascii="Times New Roman" w:hAnsi="Times New Roman" w:cs="Times New Roman"/>
          <w:sz w:val="26"/>
          <w:szCs w:val="26"/>
          <w:lang w:val="vi-VN"/>
        </w:rPr>
        <w:t xml:space="preserve"> và </w:t>
      </w:r>
      <w:r w:rsidR="00DD4340" w:rsidRPr="00BB07D0">
        <w:rPr>
          <w:rFonts w:ascii="Times New Roman" w:hAnsi="Times New Roman" w:cs="Times New Roman"/>
          <w:sz w:val="26"/>
          <w:szCs w:val="26"/>
          <w:lang w:val="vi-VN"/>
        </w:rPr>
        <w:t xml:space="preserve"> tự tay </w:t>
      </w:r>
      <w:r w:rsidRPr="00BB07D0">
        <w:rPr>
          <w:rFonts w:ascii="Times New Roman" w:hAnsi="Times New Roman" w:cs="Times New Roman"/>
          <w:sz w:val="26"/>
          <w:szCs w:val="26"/>
          <w:lang w:val="vi-VN"/>
        </w:rPr>
        <w:t>dán các tờ gấp quảng cáo tại bảng tin của lớp và Đoàn trường. Hoạt động này khuyến khích các em không chỉ áp dụng kiến thức vào thực tiễn mà còn đóng vai trò như những “tuyên truyền viên nhí”, giúp lan tỏa ý thức chấp hành luật giao thông đến bạn bè, gia đình và xã hội.</w:t>
      </w:r>
    </w:p>
    <w:p w14:paraId="791F4523" w14:textId="0D1E915C" w:rsidR="00E76866" w:rsidRPr="00BB07D0" w:rsidRDefault="00E76866" w:rsidP="0034565B">
      <w:pPr>
        <w:pStyle w:val="NoSpacing"/>
        <w:jc w:val="both"/>
        <w:rPr>
          <w:rFonts w:ascii="Times New Roman" w:hAnsi="Times New Roman" w:cs="Times New Roman"/>
          <w:sz w:val="26"/>
          <w:szCs w:val="26"/>
          <w:lang w:val="vi-VN"/>
        </w:rPr>
      </w:pPr>
      <w:r w:rsidRPr="00BB07D0">
        <w:rPr>
          <w:rFonts w:ascii="Times New Roman" w:hAnsi="Times New Roman" w:cs="Times New Roman"/>
          <w:noProof/>
          <w:sz w:val="26"/>
          <w:szCs w:val="26"/>
          <w:lang w:val="vi-VN"/>
        </w:rPr>
        <w:drawing>
          <wp:anchor distT="0" distB="0" distL="114300" distR="114300" simplePos="0" relativeHeight="251669504" behindDoc="0" locked="0" layoutInCell="1" allowOverlap="1" wp14:anchorId="7D88D00E" wp14:editId="5B5678FA">
            <wp:simplePos x="0" y="0"/>
            <wp:positionH relativeFrom="margin">
              <wp:align>center</wp:align>
            </wp:positionH>
            <wp:positionV relativeFrom="paragraph">
              <wp:posOffset>0</wp:posOffset>
            </wp:positionV>
            <wp:extent cx="4788000" cy="3307678"/>
            <wp:effectExtent l="0" t="0" r="0" b="7620"/>
            <wp:wrapTopAndBottom/>
            <wp:docPr id="2057144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144727" name="Picture 2057144727"/>
                    <pic:cNvPicPr/>
                  </pic:nvPicPr>
                  <pic:blipFill>
                    <a:blip r:embed="rId14"/>
                    <a:stretch>
                      <a:fillRect/>
                    </a:stretch>
                  </pic:blipFill>
                  <pic:spPr>
                    <a:xfrm>
                      <a:off x="0" y="0"/>
                      <a:ext cx="4788000" cy="3307678"/>
                    </a:xfrm>
                    <a:prstGeom prst="rect">
                      <a:avLst/>
                    </a:prstGeom>
                  </pic:spPr>
                </pic:pic>
              </a:graphicData>
            </a:graphic>
            <wp14:sizeRelH relativeFrom="page">
              <wp14:pctWidth>0</wp14:pctWidth>
            </wp14:sizeRelH>
            <wp14:sizeRelV relativeFrom="page">
              <wp14:pctHeight>0</wp14:pctHeight>
            </wp14:sizeRelV>
          </wp:anchor>
        </w:drawing>
      </w:r>
    </w:p>
    <w:p w14:paraId="78186276" w14:textId="2197D281" w:rsidR="00C32FC3" w:rsidRPr="00BB07D0" w:rsidRDefault="00C32FC3" w:rsidP="00C32FC3">
      <w:pPr>
        <w:ind w:firstLine="720"/>
        <w:jc w:val="center"/>
        <w:rPr>
          <w:rFonts w:ascii="Times New Roman" w:hAnsi="Times New Roman" w:cs="Times New Roman"/>
          <w:i/>
          <w:iCs/>
          <w:sz w:val="26"/>
          <w:szCs w:val="26"/>
          <w:lang w:val="vi-VN"/>
        </w:rPr>
      </w:pPr>
      <w:r w:rsidRPr="00BB07D0">
        <w:rPr>
          <w:rFonts w:ascii="Times New Roman" w:hAnsi="Times New Roman" w:cs="Times New Roman"/>
          <w:i/>
          <w:iCs/>
          <w:sz w:val="26"/>
          <w:szCs w:val="26"/>
          <w:lang w:val="vi-VN"/>
        </w:rPr>
        <w:t>Hình ảnh: Học sinh Lữ Văn Thạch dán tờ gấp quảng cáo tại bảng tin Đoàn trường</w:t>
      </w:r>
    </w:p>
    <w:p w14:paraId="7B5A12F5" w14:textId="09D328C6" w:rsidR="00E76866" w:rsidRPr="00BB07D0" w:rsidRDefault="00E76866" w:rsidP="0034565B">
      <w:pPr>
        <w:pStyle w:val="NoSpacing"/>
        <w:jc w:val="both"/>
        <w:rPr>
          <w:rFonts w:ascii="Times New Roman" w:hAnsi="Times New Roman" w:cs="Times New Roman"/>
          <w:b/>
          <w:bCs/>
          <w:sz w:val="26"/>
          <w:szCs w:val="26"/>
          <w:lang w:val="vi-VN"/>
        </w:rPr>
      </w:pPr>
    </w:p>
    <w:p w14:paraId="135381F6" w14:textId="675A34A1" w:rsidR="00C32FC3" w:rsidRPr="00BB07D0" w:rsidRDefault="00C32FC3" w:rsidP="00C32FC3">
      <w:pPr>
        <w:ind w:firstLine="720"/>
        <w:jc w:val="center"/>
        <w:rPr>
          <w:rFonts w:ascii="Times New Roman" w:hAnsi="Times New Roman" w:cs="Times New Roman"/>
          <w:i/>
          <w:iCs/>
          <w:sz w:val="26"/>
          <w:szCs w:val="26"/>
          <w:lang w:val="vi-VN"/>
        </w:rPr>
      </w:pPr>
    </w:p>
    <w:p w14:paraId="18DDD51D" w14:textId="2568FFE0" w:rsidR="00BF36CD" w:rsidRPr="00BB07D0" w:rsidRDefault="00BB07D0" w:rsidP="00BB07D0">
      <w:pPr>
        <w:ind w:firstLine="720"/>
        <w:jc w:val="center"/>
        <w:rPr>
          <w:rFonts w:ascii="Times New Roman" w:hAnsi="Times New Roman" w:cs="Times New Roman"/>
          <w:i/>
          <w:iCs/>
          <w:sz w:val="26"/>
          <w:szCs w:val="26"/>
          <w:lang w:val="vi-VN"/>
        </w:rPr>
      </w:pPr>
      <w:r w:rsidRPr="00BB07D0">
        <w:rPr>
          <w:rFonts w:ascii="Times New Roman" w:hAnsi="Times New Roman" w:cs="Times New Roman"/>
          <w:b/>
          <w:bCs/>
          <w:noProof/>
          <w:sz w:val="26"/>
          <w:szCs w:val="26"/>
          <w:lang w:val="vi-VN"/>
        </w:rPr>
        <w:lastRenderedPageBreak/>
        <w:drawing>
          <wp:anchor distT="0" distB="0" distL="114300" distR="114300" simplePos="0" relativeHeight="251668480" behindDoc="0" locked="0" layoutInCell="1" allowOverlap="1" wp14:anchorId="54F9046B" wp14:editId="5E38001B">
            <wp:simplePos x="0" y="0"/>
            <wp:positionH relativeFrom="margin">
              <wp:align>center</wp:align>
            </wp:positionH>
            <wp:positionV relativeFrom="paragraph">
              <wp:posOffset>0</wp:posOffset>
            </wp:positionV>
            <wp:extent cx="5230688" cy="3096000"/>
            <wp:effectExtent l="0" t="0" r="8255" b="9525"/>
            <wp:wrapTopAndBottom/>
            <wp:docPr id="8164201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420169" name="Picture 816420169"/>
                    <pic:cNvPicPr/>
                  </pic:nvPicPr>
                  <pic:blipFill>
                    <a:blip r:embed="rId15"/>
                    <a:stretch>
                      <a:fillRect/>
                    </a:stretch>
                  </pic:blipFill>
                  <pic:spPr>
                    <a:xfrm>
                      <a:off x="0" y="0"/>
                      <a:ext cx="5230688" cy="3096000"/>
                    </a:xfrm>
                    <a:prstGeom prst="rect">
                      <a:avLst/>
                    </a:prstGeom>
                  </pic:spPr>
                </pic:pic>
              </a:graphicData>
            </a:graphic>
            <wp14:sizeRelH relativeFrom="page">
              <wp14:pctWidth>0</wp14:pctWidth>
            </wp14:sizeRelH>
            <wp14:sizeRelV relativeFrom="page">
              <wp14:pctHeight>0</wp14:pctHeight>
            </wp14:sizeRelV>
          </wp:anchor>
        </w:drawing>
      </w:r>
      <w:r w:rsidR="00BF36CD" w:rsidRPr="00BB07D0">
        <w:rPr>
          <w:rFonts w:ascii="Times New Roman" w:hAnsi="Times New Roman" w:cs="Times New Roman"/>
          <w:i/>
          <w:iCs/>
          <w:sz w:val="26"/>
          <w:szCs w:val="26"/>
          <w:lang w:val="vi-VN"/>
        </w:rPr>
        <w:t>Hình ảnh: Học sinh Huỳnh Hoàng Nhã Thy dán tờ gấp quảng cáo tại bản tin các lớp</w:t>
      </w:r>
    </w:p>
    <w:p w14:paraId="5EC354E6" w14:textId="280975AE" w:rsidR="0034565B" w:rsidRPr="00BB07D0" w:rsidRDefault="00000000" w:rsidP="00C459DB">
      <w:pPr>
        <w:pStyle w:val="NoSpacing"/>
        <w:numPr>
          <w:ilvl w:val="0"/>
          <w:numId w:val="10"/>
        </w:numPr>
        <w:jc w:val="both"/>
        <w:rPr>
          <w:rFonts w:ascii="Times New Roman" w:hAnsi="Times New Roman" w:cs="Times New Roman"/>
          <w:b/>
          <w:bCs/>
          <w:sz w:val="26"/>
          <w:szCs w:val="26"/>
          <w:lang w:val="vi-VN"/>
        </w:rPr>
      </w:pPr>
      <w:r w:rsidRPr="00BB07D0">
        <w:rPr>
          <w:rFonts w:ascii="Times New Roman" w:hAnsi="Times New Roman" w:cs="Times New Roman"/>
          <w:b/>
          <w:bCs/>
          <w:sz w:val="26"/>
          <w:szCs w:val="26"/>
          <w:lang w:val="vi-VN"/>
        </w:rPr>
        <w:t>Đổ</w:t>
      </w:r>
      <w:r w:rsidR="00287D75" w:rsidRPr="00BB07D0">
        <w:rPr>
          <w:rFonts w:ascii="Times New Roman" w:hAnsi="Times New Roman" w:cs="Times New Roman"/>
          <w:b/>
          <w:bCs/>
          <w:sz w:val="26"/>
          <w:szCs w:val="26"/>
          <w:lang w:val="vi-VN"/>
        </w:rPr>
        <w:t>i m</w:t>
      </w:r>
      <w:r w:rsidRPr="00BB07D0">
        <w:rPr>
          <w:rFonts w:ascii="Times New Roman" w:hAnsi="Times New Roman" w:cs="Times New Roman"/>
          <w:b/>
          <w:bCs/>
          <w:sz w:val="26"/>
          <w:szCs w:val="26"/>
          <w:lang w:val="vi-VN"/>
        </w:rPr>
        <w:t>ớ</w:t>
      </w:r>
      <w:r w:rsidR="00287D75" w:rsidRPr="00BB07D0">
        <w:rPr>
          <w:rFonts w:ascii="Times New Roman" w:hAnsi="Times New Roman" w:cs="Times New Roman"/>
          <w:b/>
          <w:bCs/>
          <w:sz w:val="26"/>
          <w:szCs w:val="26"/>
          <w:lang w:val="vi-VN"/>
        </w:rPr>
        <w:t>i phương pháp d</w:t>
      </w:r>
      <w:r w:rsidRPr="00BB07D0">
        <w:rPr>
          <w:rFonts w:ascii="Times New Roman" w:hAnsi="Times New Roman" w:cs="Times New Roman"/>
          <w:b/>
          <w:bCs/>
          <w:sz w:val="26"/>
          <w:szCs w:val="26"/>
          <w:lang w:val="vi-VN"/>
        </w:rPr>
        <w:t>ạ</w:t>
      </w:r>
      <w:r w:rsidR="00287D75" w:rsidRPr="00BB07D0">
        <w:rPr>
          <w:rFonts w:ascii="Times New Roman" w:hAnsi="Times New Roman" w:cs="Times New Roman"/>
          <w:b/>
          <w:bCs/>
          <w:sz w:val="26"/>
          <w:szCs w:val="26"/>
          <w:lang w:val="vi-VN"/>
        </w:rPr>
        <w:t>y h</w:t>
      </w:r>
      <w:r w:rsidRPr="00BB07D0">
        <w:rPr>
          <w:rFonts w:ascii="Times New Roman" w:hAnsi="Times New Roman" w:cs="Times New Roman"/>
          <w:b/>
          <w:bCs/>
          <w:sz w:val="26"/>
          <w:szCs w:val="26"/>
          <w:lang w:val="vi-VN"/>
        </w:rPr>
        <w:t>ọ</w:t>
      </w:r>
      <w:r w:rsidR="00287D75" w:rsidRPr="00BB07D0">
        <w:rPr>
          <w:rFonts w:ascii="Times New Roman" w:hAnsi="Times New Roman" w:cs="Times New Roman"/>
          <w:b/>
          <w:bCs/>
          <w:sz w:val="26"/>
          <w:szCs w:val="26"/>
          <w:lang w:val="vi-VN"/>
        </w:rPr>
        <w:t>c – l</w:t>
      </w:r>
      <w:r w:rsidRPr="00BB07D0">
        <w:rPr>
          <w:rFonts w:ascii="Times New Roman" w:hAnsi="Times New Roman" w:cs="Times New Roman"/>
          <w:b/>
          <w:bCs/>
          <w:sz w:val="26"/>
          <w:szCs w:val="26"/>
          <w:lang w:val="vi-VN"/>
        </w:rPr>
        <w:t>ấ</w:t>
      </w:r>
      <w:r w:rsidR="00287D75" w:rsidRPr="00BB07D0">
        <w:rPr>
          <w:rFonts w:ascii="Times New Roman" w:hAnsi="Times New Roman" w:cs="Times New Roman"/>
          <w:b/>
          <w:bCs/>
          <w:sz w:val="26"/>
          <w:szCs w:val="26"/>
          <w:lang w:val="vi-VN"/>
        </w:rPr>
        <w:t>y h</w:t>
      </w:r>
      <w:r w:rsidRPr="00BB07D0">
        <w:rPr>
          <w:rFonts w:ascii="Times New Roman" w:hAnsi="Times New Roman" w:cs="Times New Roman"/>
          <w:b/>
          <w:bCs/>
          <w:sz w:val="26"/>
          <w:szCs w:val="26"/>
          <w:lang w:val="vi-VN"/>
        </w:rPr>
        <w:t>ọ</w:t>
      </w:r>
      <w:r w:rsidR="00287D75" w:rsidRPr="00BB07D0">
        <w:rPr>
          <w:rFonts w:ascii="Times New Roman" w:hAnsi="Times New Roman" w:cs="Times New Roman"/>
          <w:b/>
          <w:bCs/>
          <w:sz w:val="26"/>
          <w:szCs w:val="26"/>
          <w:lang w:val="vi-VN"/>
        </w:rPr>
        <w:t>c sinh làm trung tâm</w:t>
      </w:r>
    </w:p>
    <w:p w14:paraId="0C02511F" w14:textId="77777777" w:rsidR="00C459DB" w:rsidRPr="00BB07D0" w:rsidRDefault="00000000" w:rsidP="00EC5798">
      <w:pPr>
        <w:pStyle w:val="NoSpacing"/>
        <w:spacing w:line="276" w:lineRule="auto"/>
        <w:ind w:firstLine="720"/>
        <w:jc w:val="both"/>
        <w:rPr>
          <w:rFonts w:ascii="Times New Roman" w:hAnsi="Times New Roman" w:cs="Times New Roman"/>
          <w:sz w:val="26"/>
          <w:szCs w:val="26"/>
          <w:lang w:val="vi-VN"/>
        </w:rPr>
      </w:pPr>
      <w:r w:rsidRPr="00BB07D0">
        <w:rPr>
          <w:rFonts w:ascii="Times New Roman" w:hAnsi="Times New Roman" w:cs="Times New Roman"/>
          <w:sz w:val="26"/>
          <w:szCs w:val="26"/>
          <w:lang w:val="vi-VN"/>
        </w:rPr>
        <w:t>Mặc dù chuyên đề diễn ra chỉ trong 45 phút, nhưng cách thức tổ chức đã thể hiện tinh thần đổi mới trong giảng dạy của thầy và trò trường THPT Phước Kiển. Các thầy cô đã không ngừng cải tiến phương pháp, từ những tiết học khô khan trở thành những giờ học sinh động và gần gũi với thực tế, góp phần hình thành các kỹ năng và phẩm chất cần thiết cho học sinh.</w:t>
      </w:r>
    </w:p>
    <w:p w14:paraId="31CF9D9A" w14:textId="203CB9E6" w:rsidR="00F34753" w:rsidRPr="00BB07D0" w:rsidRDefault="00000000" w:rsidP="00EC5798">
      <w:pPr>
        <w:pStyle w:val="NoSpacing"/>
        <w:spacing w:line="276" w:lineRule="auto"/>
        <w:ind w:firstLine="720"/>
        <w:jc w:val="both"/>
        <w:rPr>
          <w:rFonts w:ascii="Times New Roman" w:hAnsi="Times New Roman" w:cs="Times New Roman"/>
          <w:sz w:val="26"/>
          <w:szCs w:val="26"/>
          <w:lang w:val="vi-VN"/>
        </w:rPr>
      </w:pPr>
      <w:r w:rsidRPr="00BB07D0">
        <w:rPr>
          <w:rFonts w:ascii="Times New Roman" w:hAnsi="Times New Roman" w:cs="Times New Roman"/>
          <w:sz w:val="26"/>
          <w:szCs w:val="26"/>
          <w:lang w:val="vi-VN"/>
        </w:rPr>
        <w:t>Qua những hoạt động này, Trường THPT Phước Kiển không chỉ trang bị kiến thức mà còn khơi gợi đam mê, nhiệt huyết và sáng tạo của các em, để mỗi tiết học luôn là niềm vui và hứng thú đối với học sinh.</w:t>
      </w:r>
      <w:r w:rsidR="0060101C" w:rsidRPr="00BB07D0">
        <w:rPr>
          <w:rFonts w:ascii="Times New Roman" w:hAnsi="Times New Roman" w:cs="Times New Roman"/>
          <w:sz w:val="26"/>
          <w:szCs w:val="26"/>
          <w:lang w:val="vi-VN"/>
        </w:rPr>
        <w:t>/.</w:t>
      </w:r>
    </w:p>
    <w:sectPr w:rsidR="00F34753" w:rsidRPr="00BB07D0" w:rsidSect="00BB07D0">
      <w:pgSz w:w="12240" w:h="15840"/>
      <w:pgMar w:top="851" w:right="90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4C207EE" w14:textId="77777777" w:rsidR="0019048C" w:rsidRDefault="0019048C" w:rsidP="00BF36CD">
      <w:pPr>
        <w:spacing w:after="0" w:line="240" w:lineRule="auto"/>
      </w:pPr>
      <w:r>
        <w:separator/>
      </w:r>
    </w:p>
  </w:endnote>
  <w:endnote w:type="continuationSeparator" w:id="0">
    <w:p w14:paraId="22E9F91F" w14:textId="77777777" w:rsidR="0019048C" w:rsidRDefault="0019048C" w:rsidP="00BF36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3"/>
    <w:family w:val="roman"/>
    <w:pitch w:val="variable"/>
    <w:sig w:usb0="E0002EFF" w:usb1="C000785B" w:usb2="00000009" w:usb3="00000000" w:csb0="000001FF" w:csb1="00000000"/>
  </w:font>
  <w:font w:name="Cambria">
    <w:panose1 w:val="02040503050406030204"/>
    <w:charset w:val="A3"/>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A3"/>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B81CBC9" w14:textId="77777777" w:rsidR="0019048C" w:rsidRDefault="0019048C" w:rsidP="00BF36CD">
      <w:pPr>
        <w:spacing w:after="0" w:line="240" w:lineRule="auto"/>
      </w:pPr>
      <w:r>
        <w:separator/>
      </w:r>
    </w:p>
  </w:footnote>
  <w:footnote w:type="continuationSeparator" w:id="0">
    <w:p w14:paraId="49E2F5CB" w14:textId="77777777" w:rsidR="0019048C" w:rsidRDefault="0019048C" w:rsidP="00BF36C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5FFC7FF5"/>
    <w:multiLevelType w:val="hybridMultilevel"/>
    <w:tmpl w:val="28C8C996"/>
    <w:lvl w:ilvl="0" w:tplc="C34A80C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34939916">
    <w:abstractNumId w:val="8"/>
  </w:num>
  <w:num w:numId="2" w16cid:durableId="1010837281">
    <w:abstractNumId w:val="6"/>
  </w:num>
  <w:num w:numId="3" w16cid:durableId="1789742642">
    <w:abstractNumId w:val="5"/>
  </w:num>
  <w:num w:numId="4" w16cid:durableId="653921971">
    <w:abstractNumId w:val="4"/>
  </w:num>
  <w:num w:numId="5" w16cid:durableId="829755493">
    <w:abstractNumId w:val="7"/>
  </w:num>
  <w:num w:numId="6" w16cid:durableId="1470245870">
    <w:abstractNumId w:val="3"/>
  </w:num>
  <w:num w:numId="7" w16cid:durableId="1821343357">
    <w:abstractNumId w:val="2"/>
  </w:num>
  <w:num w:numId="8" w16cid:durableId="197016048">
    <w:abstractNumId w:val="1"/>
  </w:num>
  <w:num w:numId="9" w16cid:durableId="667054095">
    <w:abstractNumId w:val="0"/>
  </w:num>
  <w:num w:numId="10" w16cid:durableId="16293655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6063C"/>
    <w:rsid w:val="0010617D"/>
    <w:rsid w:val="0015074B"/>
    <w:rsid w:val="0019048C"/>
    <w:rsid w:val="0019609D"/>
    <w:rsid w:val="0025357C"/>
    <w:rsid w:val="00287D75"/>
    <w:rsid w:val="0029639D"/>
    <w:rsid w:val="003101EC"/>
    <w:rsid w:val="00326F90"/>
    <w:rsid w:val="0034565B"/>
    <w:rsid w:val="003A55E4"/>
    <w:rsid w:val="003D1D5C"/>
    <w:rsid w:val="00406A01"/>
    <w:rsid w:val="005D0ED6"/>
    <w:rsid w:val="0060101C"/>
    <w:rsid w:val="0071551F"/>
    <w:rsid w:val="00786E0C"/>
    <w:rsid w:val="00946872"/>
    <w:rsid w:val="0096242E"/>
    <w:rsid w:val="00A0513A"/>
    <w:rsid w:val="00A66728"/>
    <w:rsid w:val="00A70FF9"/>
    <w:rsid w:val="00AA1D8D"/>
    <w:rsid w:val="00B47730"/>
    <w:rsid w:val="00B6713F"/>
    <w:rsid w:val="00B7318E"/>
    <w:rsid w:val="00B91351"/>
    <w:rsid w:val="00BB07D0"/>
    <w:rsid w:val="00BF36CD"/>
    <w:rsid w:val="00C32FC3"/>
    <w:rsid w:val="00C425A6"/>
    <w:rsid w:val="00C459DB"/>
    <w:rsid w:val="00CB0664"/>
    <w:rsid w:val="00CC4995"/>
    <w:rsid w:val="00D066A6"/>
    <w:rsid w:val="00D55755"/>
    <w:rsid w:val="00D71D5F"/>
    <w:rsid w:val="00DD4340"/>
    <w:rsid w:val="00DE5D70"/>
    <w:rsid w:val="00E720CC"/>
    <w:rsid w:val="00E76866"/>
    <w:rsid w:val="00EC5798"/>
    <w:rsid w:val="00EC5F4B"/>
    <w:rsid w:val="00F34753"/>
    <w:rsid w:val="00FA34E9"/>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35143A8"/>
  <w14:defaultImageDpi w14:val="300"/>
  <w15:docId w15:val="{4C06DE3C-930F-47B8-BEA3-61429BADFE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G"/><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5</Pages>
  <Words>497</Words>
  <Characters>2837</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3328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Khanh Hoàng</cp:lastModifiedBy>
  <cp:revision>16</cp:revision>
  <dcterms:created xsi:type="dcterms:W3CDTF">2024-11-11T15:29:00Z</dcterms:created>
  <dcterms:modified xsi:type="dcterms:W3CDTF">2024-11-15T02:58:00Z</dcterms:modified>
  <cp:category/>
</cp:coreProperties>
</file>